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7A2E3B"/>
          </w:tcPr>
          <w:p>
            <w:pPr>
              <w:jc w:val="center"/>
            </w:pPr>
            <w:r>
              <w:rPr>
                <w:b/>
                <w:color w:val="FFFFFF"/>
                <w:sz w:val="36"/>
              </w:rPr>
              <w:t>EMPLOYEE PERFORMANCE REVIEW</w:t>
            </w:r>
          </w:p>
          <w:p>
            <w:pPr>
              <w:jc w:val="center"/>
            </w:pPr>
            <w:r>
              <w:rPr>
                <w:color w:val="E6F0EB"/>
                <w:sz w:val="18"/>
              </w:rPr>
              <w:t>Annual / Mid-Year Appraisal Form  •  Ratings, Goals, Feedback &amp; Development Plan</w:t>
            </w:r>
          </w:p>
        </w:tc>
      </w:tr>
    </w:tbl>
    <w:p/>
    <w:p>
      <w:pPr>
        <w:keepNext/>
        <w:spacing w:before="160" w:after="60"/>
      </w:pPr>
      <w:r>
        <w:rPr>
          <w:b/>
          <w:color w:val="7A2E3B"/>
          <w:sz w:val="22"/>
        </w:rPr>
        <w:t>1. EMPLOYEE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F6E7EA"/>
          </w:tcPr>
          <w:p>
            <w:r>
              <w:rPr>
                <w:b/>
              </w:rPr>
              <w:t>Employee Name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6E7EA"/>
          </w:tcPr>
          <w:p>
            <w:r>
              <w:rPr>
                <w:b/>
              </w:rPr>
              <w:t>Employee ID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F6E7EA"/>
          </w:tcPr>
          <w:p>
            <w:r>
              <w:rPr>
                <w:b/>
              </w:rPr>
              <w:t>Job Title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6E7EA"/>
          </w:tcPr>
          <w:p>
            <w:r>
              <w:rPr>
                <w:b/>
              </w:rPr>
              <w:t>Department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F6E7EA"/>
          </w:tcPr>
          <w:p>
            <w:r>
              <w:rPr>
                <w:b/>
              </w:rPr>
              <w:t>Manager / Reviewer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6E7EA"/>
          </w:tcPr>
          <w:p>
            <w:r>
              <w:rPr>
                <w:b/>
              </w:rPr>
              <w:t>Review Period</w:t>
            </w:r>
          </w:p>
        </w:tc>
        <w:tc>
          <w:tcPr>
            <w:tcW w:type="dxa" w:w="2550"/>
          </w:tcPr>
          <w:p>
            <w:r>
              <w:t>From ____ To ____</w:t>
            </w:r>
          </w:p>
        </w:tc>
      </w:tr>
      <w:tr>
        <w:tc>
          <w:tcPr>
            <w:tcW w:type="dxa" w:w="2550"/>
            <w:shd w:val="clear" w:color="auto" w:fill="F6E7EA"/>
          </w:tcPr>
          <w:p>
            <w:r>
              <w:rPr>
                <w:b/>
              </w:rPr>
              <w:t>Review Type</w:t>
            </w:r>
          </w:p>
        </w:tc>
        <w:tc>
          <w:tcPr>
            <w:tcW w:type="dxa" w:w="2550"/>
          </w:tcPr>
          <w:p>
            <w:r>
              <w:t>☐ Annual  ☐ Mid-Year  ☐ Probation</w:t>
            </w:r>
          </w:p>
        </w:tc>
        <w:tc>
          <w:tcPr>
            <w:tcW w:type="dxa" w:w="2550"/>
            <w:shd w:val="clear" w:color="auto" w:fill="F6E7EA"/>
          </w:tcPr>
          <w:p>
            <w:r>
              <w:rPr>
                <w:b/>
              </w:rPr>
              <w:t>Review Date</w:t>
            </w:r>
          </w:p>
        </w:tc>
        <w:tc>
          <w:tcPr>
            <w:tcW w:type="dxa" w:w="2550"/>
          </w:tcPr>
          <w:p>
            <w:r/>
          </w:p>
        </w:tc>
      </w:tr>
    </w:tbl>
    <w:p>
      <w:pPr>
        <w:keepNext/>
        <w:spacing w:before="160" w:after="60"/>
      </w:pPr>
      <w:r>
        <w:rPr>
          <w:b/>
          <w:color w:val="7A2E3B"/>
          <w:sz w:val="22"/>
        </w:rPr>
        <w:t>2. RATING SCALE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7"/>
        <w:gridCol w:w="1814"/>
        <w:gridCol w:w="1814"/>
        <w:gridCol w:w="2041"/>
        <w:gridCol w:w="1927"/>
      </w:tblGrid>
      <w:tr>
        <w:tc>
          <w:tcPr>
            <w:tcW w:type="dxa" w:w="1928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5 – Outstanding</w:t>
            </w:r>
          </w:p>
        </w:tc>
        <w:tc>
          <w:tcPr>
            <w:tcW w:type="dxa" w:w="1814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4 – Exceeds</w:t>
            </w:r>
          </w:p>
        </w:tc>
        <w:tc>
          <w:tcPr>
            <w:tcW w:type="dxa" w:w="1814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3 – Meets</w:t>
            </w:r>
          </w:p>
        </w:tc>
        <w:tc>
          <w:tcPr>
            <w:tcW w:type="dxa" w:w="2041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2 – Needs Improvement</w:t>
            </w:r>
          </w:p>
        </w:tc>
        <w:tc>
          <w:tcPr>
            <w:tcW w:type="dxa" w:w="1928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1 – Unsatisfactory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Far exceeds all expectations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Often exceeds expectations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Fully meets expectations</w:t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Partly meets expectations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Does not meet expectations</w:t>
            </w:r>
          </w:p>
        </w:tc>
      </w:tr>
    </w:tbl>
    <w:p>
      <w:pPr>
        <w:keepNext/>
        <w:spacing w:before="160" w:after="60"/>
      </w:pPr>
      <w:r>
        <w:rPr>
          <w:b/>
          <w:color w:val="7A2E3B"/>
          <w:sz w:val="22"/>
        </w:rPr>
        <w:t>3. PERFORMANCE RATINGS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510"/>
        <w:gridCol w:w="510"/>
        <w:gridCol w:w="510"/>
        <w:gridCol w:w="510"/>
        <w:gridCol w:w="510"/>
        <w:gridCol w:w="4139"/>
      </w:tblGrid>
      <w:tr>
        <w:tc>
          <w:tcPr>
            <w:tcW w:type="dxa" w:w="2835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Competency</w:t>
            </w:r>
          </w:p>
        </w:tc>
        <w:tc>
          <w:tcPr>
            <w:tcW w:type="dxa" w:w="510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1</w:t>
            </w:r>
          </w:p>
        </w:tc>
        <w:tc>
          <w:tcPr>
            <w:tcW w:type="dxa" w:w="510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2</w:t>
            </w:r>
          </w:p>
        </w:tc>
        <w:tc>
          <w:tcPr>
            <w:tcW w:type="dxa" w:w="510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3</w:t>
            </w:r>
          </w:p>
        </w:tc>
        <w:tc>
          <w:tcPr>
            <w:tcW w:type="dxa" w:w="510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4</w:t>
            </w:r>
          </w:p>
        </w:tc>
        <w:tc>
          <w:tcPr>
            <w:tcW w:type="dxa" w:w="510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5</w:t>
            </w:r>
          </w:p>
        </w:tc>
        <w:tc>
          <w:tcPr>
            <w:tcW w:type="dxa" w:w="4139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Comments / Examples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Job Knowledge &amp; Skills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413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Quality &amp; Accuracy of Work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413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Productivity &amp; Time Management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413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Communication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413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Teamwork &amp; Collaboration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413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Initiative &amp; Ownership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413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Problem Solving &amp; Decision Making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413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Attendance &amp; Reliability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0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4139"/>
          </w:tcPr>
          <w:p>
            <w:r>
              <w:rPr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7A2E3B"/>
          <w:sz w:val="22"/>
        </w:rPr>
        <w:t>4. GOALS REVIEW (PREVIOUS PERIOD)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1701"/>
        <w:gridCol w:w="1927"/>
        <w:gridCol w:w="1134"/>
        <w:gridCol w:w="907"/>
        <w:gridCol w:w="1020"/>
      </w:tblGrid>
      <w:tr>
        <w:tc>
          <w:tcPr>
            <w:tcW w:type="dxa" w:w="2608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Goal / Objective</w:t>
            </w:r>
          </w:p>
        </w:tc>
        <w:tc>
          <w:tcPr>
            <w:tcW w:type="dxa" w:w="1701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Measure / Target</w:t>
            </w:r>
          </w:p>
        </w:tc>
        <w:tc>
          <w:tcPr>
            <w:tcW w:type="dxa" w:w="1928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Result Achieved</w:t>
            </w:r>
          </w:p>
        </w:tc>
        <w:tc>
          <w:tcPr>
            <w:tcW w:type="dxa" w:w="1134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Exceeded</w:t>
            </w:r>
          </w:p>
        </w:tc>
        <w:tc>
          <w:tcPr>
            <w:tcW w:type="dxa" w:w="907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Met</w:t>
            </w:r>
          </w:p>
        </w:tc>
        <w:tc>
          <w:tcPr>
            <w:tcW w:type="dxa" w:w="1020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Not Met</w:t>
            </w:r>
          </w:p>
        </w:tc>
      </w:tr>
      <w:tr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2608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☐</w:t>
            </w:r>
          </w:p>
        </w:tc>
      </w:tr>
    </w:tbl>
    <w:p>
      <w:pPr>
        <w:keepNext/>
        <w:spacing w:before="160" w:after="60"/>
      </w:pPr>
      <w:r>
        <w:rPr>
          <w:b/>
          <w:color w:val="7A2E3B"/>
          <w:sz w:val="22"/>
        </w:rPr>
        <w:t>5. KEY STRENGTHS &amp; ACHIEVEMENTS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5"/>
      </w:tblGrid>
      <w:tr>
        <w:tc>
          <w:tcPr>
            <w:tcW w:type="dxa" w:w="9524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Manager comments</w:t>
            </w:r>
          </w:p>
        </w:tc>
      </w:tr>
      <w:tr>
        <w:tc>
          <w:tcPr>
            <w:tcW w:type="dxa" w:w="95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9524"/>
          </w:tcPr>
          <w:p>
            <w:r>
              <w:rPr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7A2E3B"/>
          <w:sz w:val="22"/>
        </w:rPr>
        <w:t>6. AREAS FOR IMPROVEMENT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5"/>
      </w:tblGrid>
      <w:tr>
        <w:tc>
          <w:tcPr>
            <w:tcW w:type="dxa" w:w="9524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Manager comments</w:t>
            </w:r>
          </w:p>
        </w:tc>
      </w:tr>
      <w:tr>
        <w:tc>
          <w:tcPr>
            <w:tcW w:type="dxa" w:w="95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9524"/>
          </w:tcPr>
          <w:p>
            <w:r>
              <w:rPr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7A2E3B"/>
          <w:sz w:val="22"/>
        </w:rPr>
        <w:t>7. DEVELOPMENT PLAN &amp; GOALS FOR NEXT PERIOD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2835"/>
        <w:gridCol w:w="2154"/>
        <w:gridCol w:w="1587"/>
      </w:tblGrid>
      <w:tr>
        <w:tc>
          <w:tcPr>
            <w:tcW w:type="dxa" w:w="2948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Objective / Skill to Develop</w:t>
            </w:r>
          </w:p>
        </w:tc>
        <w:tc>
          <w:tcPr>
            <w:tcW w:type="dxa" w:w="2835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Action / Training</w:t>
            </w:r>
          </w:p>
        </w:tc>
        <w:tc>
          <w:tcPr>
            <w:tcW w:type="dxa" w:w="2154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Support Needed</w:t>
            </w:r>
          </w:p>
        </w:tc>
        <w:tc>
          <w:tcPr>
            <w:tcW w:type="dxa" w:w="1587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Target Date</w:t>
            </w:r>
          </w:p>
        </w:tc>
      </w:tr>
      <w:tr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948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7A2E3B"/>
          <w:sz w:val="22"/>
        </w:rPr>
        <w:t>8. OVERALL PERFORMANCE RATING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2041"/>
        <w:gridCol w:w="2041"/>
        <w:gridCol w:w="2041"/>
        <w:gridCol w:w="1587"/>
      </w:tblGrid>
      <w:tr>
        <w:tc>
          <w:tcPr>
            <w:tcW w:type="dxa" w:w="1814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☐ Outstanding</w:t>
            </w:r>
          </w:p>
        </w:tc>
        <w:tc>
          <w:tcPr>
            <w:tcW w:type="dxa" w:w="2041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☐ Exceeds Expectations</w:t>
            </w:r>
          </w:p>
        </w:tc>
        <w:tc>
          <w:tcPr>
            <w:tcW w:type="dxa" w:w="2041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☐ Meets Expectations</w:t>
            </w:r>
          </w:p>
        </w:tc>
        <w:tc>
          <w:tcPr>
            <w:tcW w:type="dxa" w:w="2041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☐ Needs Improvement</w:t>
            </w:r>
          </w:p>
        </w:tc>
        <w:tc>
          <w:tcPr>
            <w:tcW w:type="dxa" w:w="1587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☐ Unsatisfactory</w:t>
            </w:r>
          </w:p>
        </w:tc>
      </w:tr>
    </w:tbl>
    <w:p>
      <w:pPr>
        <w:keepNext/>
        <w:spacing w:before="160" w:after="60"/>
      </w:pPr>
      <w:r>
        <w:rPr>
          <w:b/>
          <w:color w:val="7A2E3B"/>
          <w:sz w:val="22"/>
        </w:rPr>
        <w:t>9. EMPLOYEE COMMENTS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5"/>
      </w:tblGrid>
      <w:tr>
        <w:tc>
          <w:tcPr>
            <w:tcW w:type="dxa" w:w="9524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I have read this review and my comments are:</w:t>
            </w:r>
          </w:p>
        </w:tc>
      </w:tr>
      <w:tr>
        <w:tc>
          <w:tcPr>
            <w:tcW w:type="dxa" w:w="95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9524"/>
          </w:tcPr>
          <w:p>
            <w:r>
              <w:rPr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7A2E3B"/>
          <w:sz w:val="22"/>
        </w:rPr>
        <w:t>10. SIGNATURES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Employee</w:t>
            </w:r>
          </w:p>
        </w:tc>
        <w:tc>
          <w:tcPr>
            <w:tcW w:type="dxa" w:w="3400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Manager / Reviewer</w:t>
            </w:r>
          </w:p>
        </w:tc>
        <w:tc>
          <w:tcPr>
            <w:tcW w:type="dxa" w:w="3400"/>
            <w:shd w:val="clear" w:color="auto" w:fill="7A2E3B"/>
          </w:tcPr>
          <w:p>
            <w:r>
              <w:rPr>
                <w:b/>
                <w:color w:val="FFFFFF"/>
                <w:sz w:val="18"/>
              </w:rPr>
              <w:t>HR / Next-Level Manager</w:t>
            </w:r>
          </w:p>
        </w:tc>
      </w:tr>
      <w:tr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</w:tr>
    </w:tbl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